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Drainage Installation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HS-RAMS-06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Drainage Installation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