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Soakaways &amp; Attenuation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Soakaways &amp; Attenuation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