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Kerbing &amp; Edgings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Kerbing &amp; Edgings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