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Retaining Walls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Retaining Walls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