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Rainwater Harvesting</w:t>
      </w:r>
    </w:p>
    <w:p>
      <w:r>
        <w:rPr>
          <w:i/>
        </w:rPr>
        <w:t>Trade category: plumbing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HS-RAMS-105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Rainwater Harvesting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