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Solar PV &amp; Renewables</w:t>
      </w:r>
    </w:p>
    <w:p>
      <w:r>
        <w:rPr>
          <w:i/>
        </w:rPr>
        <w:t>Trade category: hvac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HS-RAMS-106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Solar PV &amp; Renewables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