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Piling &amp; Ground Anchors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Piling &amp; Ground Anchors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