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Roof Tiling &amp; Slating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Roof Tiling &amp; Slating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