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Rooflight &amp; Skylight Install</w:t>
      </w:r>
    </w:p>
    <w:p>
      <w:r>
        <w:rPr>
          <w:i/>
        </w:rPr>
        <w:t>Trade category: roofing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HS-RAMS-18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Rooflight &amp; Skylight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Falls from height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Fragile roofs / skylights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of materials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Slips, trips &amp; trailing leads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Weather (wind/rain)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