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Selective Demolition (Internal)</w:t>
      </w:r>
    </w:p>
    <w:p>
      <w:r>
        <w:rPr>
          <w:i/>
        </w:rPr>
        <w:t>Trade category: demolition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HS-RAMS-23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Selective Demolition (Internal)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