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Strip-Out &amp; Soft Demolition</w:t>
      </w:r>
    </w:p>
    <w:p>
      <w:r>
        <w:rPr>
          <w:i/>
        </w:rPr>
        <w:t>Trade category: demolition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HS-RAMS-25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Strip-Out &amp; Soft Demolition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