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Concrete Breaking &amp; Crushing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Concrete Breaking &amp; Crushing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