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Asbestos Removal (Licensed)</w:t>
      </w:r>
    </w:p>
    <w:p>
      <w:r>
        <w:rPr>
          <w:i/>
        </w:rPr>
        <w:t>Trade category: demolition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Asbestos Removal (Licensed)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