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Wall &amp; Partition Removal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Wall &amp; Partition Removal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