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Floor &amp; Ceiling Removal</w:t>
      </w:r>
    </w:p>
    <w:p>
      <w:r>
        <w:rPr>
          <w:i/>
        </w:rPr>
        <w:t>Trade category: demolition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HS-RAMS-29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Floor &amp; Ceiling Removal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