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Emergency Lighting Install</w:t>
      </w:r>
    </w:p>
    <w:p>
      <w:r>
        <w:rPr>
          <w:i/>
        </w:rPr>
        <w:t>Trade category: electrical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Emergency Lighting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