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EV Charge Point Install</w:t>
      </w:r>
    </w:p>
    <w:p>
      <w:r>
        <w:rPr>
          <w:i/>
        </w:rPr>
        <w:t>Trade category: electrical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HS-RAMS-35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EV Charge Point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