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Distribution Board Upgrade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Distribution Board Upgrade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