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External &amp; Security Lighting</w:t>
      </w:r>
    </w:p>
    <w:p>
      <w:r>
        <w:rPr>
          <w:i/>
        </w:rPr>
        <w:t>Trade category: electrical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External &amp; Security Lighting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