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Bathroom &amp; Wetroom Fit</w:t>
      </w:r>
    </w:p>
    <w:p>
      <w:r>
        <w:rPr>
          <w:i/>
        </w:rPr>
        <w:t>Trade category: plumbing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HS-RAMS-39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Bathroom &amp; Wetroom Fit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