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Central Heating Install</w:t>
      </w:r>
    </w:p>
    <w:p>
      <w:r>
        <w:rPr>
          <w:i/>
        </w:rPr>
        <w:t>Trade category: plumbing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HS-RAMS-40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Central Heating Install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