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Drain Unblocking &amp; Repair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Drain Unblocking &amp; Repair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