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Water Heater &amp; Cylinder</w:t>
      </w:r>
    </w:p>
    <w:p>
      <w:r>
        <w:rPr>
          <w:i/>
        </w:rPr>
        <w:t>Trade category: plumbing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HS-RAMS-42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Water Heater &amp; Cylinder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Slips, trips &amp; falls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 injury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Contact with plant / tools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Dust &amp; respiratory exposure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Fire / hot works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