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Leak Detection &amp; Remedial</w:t>
      </w:r>
    </w:p>
    <w:p>
      <w:r>
        <w:rPr>
          <w:i/>
        </w:rPr>
        <w:t>Trade category: plumbing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HS-RAMS-45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Leak Detection &amp; Remedial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