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Commercial Plant &amp; Plantrooms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Commercial Plant &amp; Plantrooms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