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Ventilation &amp; Ductwork</w:t>
      </w:r>
    </w:p>
    <w:p>
      <w:r>
        <w:rPr>
          <w:i/>
        </w:rPr>
        <w:t>Trade category: hvac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HS-RAMS-48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Ventilation &amp; Ductwork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