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Heat Pump Install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Heat Pump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