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Extractor &amp; Fan Systems</w:t>
      </w:r>
    </w:p>
    <w:p>
      <w:r>
        <w:rPr>
          <w:i/>
        </w:rPr>
        <w:t>Trade category: hvac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HS-RAMS-51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Extractor &amp; Fan Systems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