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Pipework Insulation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Pipework Insulation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