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First Fix Carpentry</w:t>
      </w:r>
    </w:p>
    <w:p>
      <w:r>
        <w:rPr>
          <w:i/>
        </w:rPr>
        <w:t>Trade category: joinery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HS-RAMS-53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First Fix Carpentry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