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Second Fix Carpentry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Second Fix Carpentry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