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Fitted Kitchens</w:t>
      </w:r>
    </w:p>
    <w:p>
      <w:r>
        <w:rPr>
          <w:i/>
        </w:rPr>
        <w:t>Trade category: joinery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HS-RAMS-55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Fitted Kitchens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