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Fitted Wardrobes &amp; Joinery</w:t>
      </w:r>
    </w:p>
    <w:p>
      <w:r>
        <w:rPr>
          <w:i/>
        </w:rPr>
        <w:t>Trade category: joinery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HS-RAMS-56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Fitted Wardrobes &amp; Joinery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