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Door &amp; Frame Hang</w:t>
      </w:r>
    </w:p>
    <w:p>
      <w:r>
        <w:rPr>
          <w:i/>
        </w:rPr>
        <w:t>Trade category: joinery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HS-RAMS-58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Door &amp; Frame Hang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