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Skirting &amp; Mouldings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Skirting &amp; Mouldings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