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Shopfitting &amp; Bespoke</w:t>
      </w:r>
    </w:p>
    <w:p>
      <w:r>
        <w:rPr>
          <w:i/>
        </w:rPr>
        <w:t>Trade category: joinery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HS-RAMS-60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Shopfitting &amp; Bespoke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