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Plastering (Skim &amp; Render)</w:t>
      </w:r>
    </w:p>
    <w:p>
      <w:r>
        <w:rPr>
          <w:i/>
        </w:rPr>
        <w:t>Trade category: plastering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Plastering (Skim &amp; Render)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