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Dry Lining &amp; Partitions</w:t>
      </w:r>
    </w:p>
    <w:p>
      <w:r>
        <w:rPr>
          <w:i/>
        </w:rPr>
        <w:t>Trade category: plastering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Dry Lining &amp; Partitions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