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External Render &amp; Insulation (EWI)</w:t>
      </w:r>
    </w:p>
    <w:p>
      <w:r>
        <w:rPr>
          <w:i/>
        </w:rPr>
        <w:t>Trade category: plastering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HS-RAMS-63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External Render &amp; Insulation (EWI)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