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Screeding &amp; Floor Prep</w:t>
      </w:r>
    </w:p>
    <w:p>
      <w:r>
        <w:rPr>
          <w:i/>
        </w:rPr>
        <w:t>Trade category: plastering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HS-RAMS-64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Screeding &amp; Floor Prep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