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Coving &amp; Cornice</w:t>
      </w:r>
    </w:p>
    <w:p>
      <w:r>
        <w:rPr>
          <w:i/>
        </w:rPr>
        <w:t>Trade category: plastering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Coving &amp; Cornice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