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Wood &amp; Laminate Flooring</w:t>
      </w:r>
    </w:p>
    <w:p>
      <w:r>
        <w:rPr>
          <w:i/>
        </w:rPr>
        <w:t>Trade category: flooring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HS-RAMS-69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Wood &amp; Laminate Flooring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