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Resin &amp; Epoxy Flooring</w:t>
      </w:r>
    </w:p>
    <w:p>
      <w:r>
        <w:rPr>
          <w:i/>
        </w:rPr>
        <w:t>Trade category: flooring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Resin &amp; Epoxy Flooring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