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Safety &amp; Anti-Slip Flooring</w:t>
      </w:r>
    </w:p>
    <w:p>
      <w:r>
        <w:rPr>
          <w:i/>
        </w:rPr>
        <w:t>Trade category: flooring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HS-RAMS-71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Safety &amp; Anti-Slip Flooring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