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Floor Sanding &amp; Finishing</w:t>
      </w:r>
    </w:p>
    <w:p>
      <w:r>
        <w:rPr>
          <w:i/>
        </w:rPr>
        <w:t>Trade category: flooring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HS-RAMS-72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Floor Sanding &amp; Finishing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