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Internal Painting &amp; Decorating</w:t>
      </w:r>
    </w:p>
    <w:p>
      <w:r>
        <w:rPr>
          <w:i/>
        </w:rPr>
        <w:t>Trade category: decorating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HS-RAMS-73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Internal Painting &amp; Decorating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