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Intumescent &amp; Fire Coatings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Intumescent &amp; Fire Coatings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