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Spray Finishing</w:t>
      </w:r>
    </w:p>
    <w:p>
      <w:r>
        <w:rPr>
          <w:i/>
        </w:rPr>
        <w:t>Trade category: decorating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HS-RAMS-77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Spray Finishing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