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Masti Climber &amp; Hoist</w:t>
      </w:r>
    </w:p>
    <w:p>
      <w:r>
        <w:rPr>
          <w:i/>
        </w:rPr>
        <w:t>Trade category: scaffolding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HS-RAMS-88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Masti Climber &amp; Hoist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