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Gas Pipework Install</w:t>
      </w:r>
    </w:p>
    <w:p>
      <w:r>
        <w:rPr>
          <w:i/>
        </w:rPr>
        <w:t>Trade category: gas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HS-RAMS-89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Gas Pipework Install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